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– מסע הזיכרון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לחזור על העלילה והדמויות בדרך משחקית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15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https://sifrut-hachaver.sites.tab.bot/mischak.html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לשחק בקבוצות; כל תחנה = שאלה.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הכיתה והחבר המיוחד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 – שיער זהב וספרים אדומים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"המשרתת" בשער בית הספר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הבכי ליד שולחן המורה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הסוד נחשף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13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רב־מלאך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בגדיו המסודרים, עניבותיו וספריו המבריקים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אמו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משחק – מסע הזיכרון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דף ליווי למשחק: ענו על השאלות כדי "להתקדם" בשבע תחנות הסיפור.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תחנות המסע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🏫 תחנה 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הכיתה והחבר המיוחד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✨ תחנה 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הבכי ליד שולחן המורה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👩‍🦳 תחנה 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הסוד נחשף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😢 תחנה 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"המשרתת" בשער בית הספר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תחנה 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ה. שיער זהב וספרים אדומים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שאלות התחנות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בן כמה היה המספר בזמן האירועים?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11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13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איזה כינוי נתן המספר לחבר בלבו?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נסיך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רב־מלאך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מדוע חשבה הכיתה שהחבר עשיר?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הוא הגיע במכונית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בגדיו המסודרים, עניבותיו וספריו המבריקים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מי הייתה האישה שחיכתה לחבר בשער?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משרתת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אמו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– מסע הזיכרון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