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הבנה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 של העלילה, הדמויות והמושגים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https://sifrut-hachaver.sites.tab.bot/pe-bochan.html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לשמש כמבדק קצר בסוף היחידה.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פרץ בבכי 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בחנות של הדוד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חרשן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"בן של משרתת"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אהבה, אשמה וחרטה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מספר גיבור בגוף ראשון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הכיתה דמיינה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היא הייתה אמו; החבר הציג אותה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לא ראה אותו שוב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מפנה: "המשרתת" היא האם. רמז: הצמה הזהובה כמו שיער החבר / תסרוקת של אישה פשוטה / החיוך המשותף / פנים עייפות.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חידון הבנה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עגלו את התשובה הנכונה.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הגיבה הכיתה לגילוי האמת?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בחמלה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בבוז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באדישות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איפה עבד החבר אחרי שעזב את בית הספר?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בחנות של הדוד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בבית חרושת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בבית הספר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איזו מילה אמר החבר למספר בחנות?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שקרן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חרשן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בוגד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10. מה ענה המספר?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"סליחה"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"בן של משרתת"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"להתראות"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11. מה מרגיש המספר הבוגר כלפי החבר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אדישות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אהבה, אשמה וחרטה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שמחה לאיד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12. מאיזו נקודת מבט מסופר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יודע־כול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גיבור בגוף ראשון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החבר מספר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אמר לכיתה שהוא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עבדה כמשרתת בבית עשיר.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בורח מהחנות בסוף המפגש.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פגש את החבר שוב כשהיה מבוגר.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שאלה פתוחה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המפנה בסיפור? ציינו רמז מטרים אחד וכתבו כיצד הוא תורם להבנת המפנה.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הבנה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